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D9225" w14:textId="77777777" w:rsidR="00692386" w:rsidRDefault="00000000">
      <w:pPr>
        <w:jc w:val="center"/>
      </w:pPr>
      <w:r>
        <w:rPr>
          <w:rFonts w:ascii="Times New Roman" w:hAnsi="Times New Roman"/>
          <w:b/>
        </w:rPr>
        <w:t>CỘNG HÒA XÃ HỘI CHỦ NGHĨA VIỆT NAM</w:t>
      </w:r>
      <w:r>
        <w:rPr>
          <w:rFonts w:ascii="Times New Roman" w:hAnsi="Times New Roman"/>
          <w:b/>
        </w:rPr>
        <w:br/>
      </w:r>
      <w:r>
        <w:rPr>
          <w:rFonts w:ascii="Times New Roman" w:hAnsi="Times New Roman"/>
          <w:b/>
          <w:sz w:val="23"/>
        </w:rPr>
        <w:t>Độc lập - Tự do - Hạnh phúc</w:t>
      </w:r>
      <w:r>
        <w:rPr>
          <w:rFonts w:ascii="Times New Roman" w:hAnsi="Times New Roman"/>
          <w:b/>
          <w:sz w:val="23"/>
        </w:rPr>
        <w:br/>
      </w:r>
      <w:r>
        <w:rPr>
          <w:rFonts w:ascii="Times New Roman" w:hAnsi="Times New Roman"/>
          <w:b/>
          <w:sz w:val="20"/>
        </w:rPr>
        <w:t>----------------------</w:t>
      </w:r>
    </w:p>
    <w:p w14:paraId="45DC4C4A" w14:textId="77777777" w:rsidR="00692386" w:rsidRDefault="00692386"/>
    <w:tbl>
      <w:tblPr>
        <w:tblW w:w="0" w:type="auto"/>
        <w:jc w:val="center"/>
        <w:tblLayout w:type="fixed"/>
        <w:tblLook w:val="04A0" w:firstRow="1" w:lastRow="0" w:firstColumn="1" w:lastColumn="0" w:noHBand="0" w:noVBand="1"/>
      </w:tblPr>
      <w:tblGrid>
        <w:gridCol w:w="2880"/>
        <w:gridCol w:w="6912"/>
      </w:tblGrid>
      <w:tr w:rsidR="00692386" w14:paraId="7E8D5950" w14:textId="77777777">
        <w:trPr>
          <w:jc w:val="center"/>
        </w:trPr>
        <w:tc>
          <w:tcPr>
            <w:tcW w:w="2880" w:type="dxa"/>
          </w:tcPr>
          <w:p w14:paraId="2F678B39" w14:textId="77777777" w:rsidR="00692386" w:rsidRDefault="00000000">
            <w:pPr>
              <w:jc w:val="center"/>
            </w:pPr>
            <w:r>
              <w:rPr>
                <w:rFonts w:ascii="Times New Roman" w:hAnsi="Times New Roman"/>
                <w:i/>
                <w:sz w:val="19"/>
              </w:rPr>
              <w:br/>
            </w:r>
            <w:r>
              <w:rPr>
                <w:rFonts w:ascii="Times New Roman" w:hAnsi="Times New Roman"/>
                <w:i/>
                <w:sz w:val="19"/>
              </w:rPr>
              <w:br/>
              <w:t>Ảnh 4x6 cm</w:t>
            </w:r>
            <w:r>
              <w:rPr>
                <w:rFonts w:ascii="Times New Roman" w:hAnsi="Times New Roman"/>
                <w:i/>
                <w:sz w:val="19"/>
              </w:rPr>
              <w:br/>
              <w:t>(Dán ảnh mới nhất</w:t>
            </w:r>
            <w:r>
              <w:rPr>
                <w:rFonts w:ascii="Times New Roman" w:hAnsi="Times New Roman"/>
                <w:i/>
                <w:sz w:val="19"/>
              </w:rPr>
              <w:br/>
              <w:t>trong 06 tháng)</w:t>
            </w:r>
            <w:r>
              <w:rPr>
                <w:rFonts w:ascii="Times New Roman" w:hAnsi="Times New Roman"/>
                <w:i/>
                <w:sz w:val="19"/>
              </w:rPr>
              <w:br/>
            </w:r>
            <w:r>
              <w:rPr>
                <w:rFonts w:ascii="Times New Roman" w:hAnsi="Times New Roman"/>
                <w:i/>
                <w:sz w:val="19"/>
              </w:rPr>
              <w:br/>
            </w:r>
          </w:p>
        </w:tc>
        <w:tc>
          <w:tcPr>
            <w:tcW w:w="6912" w:type="dxa"/>
          </w:tcPr>
          <w:p w14:paraId="3254E977" w14:textId="77777777" w:rsidR="00692386" w:rsidRDefault="00000000">
            <w:pPr>
              <w:jc w:val="right"/>
            </w:pPr>
            <w:r>
              <w:rPr>
                <w:rFonts w:ascii="Times New Roman" w:hAnsi="Times New Roman"/>
                <w:i/>
                <w:sz w:val="21"/>
              </w:rPr>
              <w:t>Phúc Thuận, ngày … tháng … năm 2026</w:t>
            </w:r>
            <w:r>
              <w:rPr>
                <w:rFonts w:ascii="Times New Roman" w:hAnsi="Times New Roman"/>
                <w:i/>
                <w:sz w:val="21"/>
              </w:rPr>
              <w:br/>
            </w:r>
            <w:r>
              <w:rPr>
                <w:rFonts w:ascii="Times New Roman" w:hAnsi="Times New Roman"/>
                <w:i/>
                <w:sz w:val="21"/>
              </w:rPr>
              <w:br/>
            </w:r>
          </w:p>
        </w:tc>
      </w:tr>
    </w:tbl>
    <w:p w14:paraId="0FA83F29" w14:textId="77777777" w:rsidR="00692386" w:rsidRDefault="00000000">
      <w:pPr>
        <w:spacing w:before="240" w:after="160"/>
        <w:jc w:val="center"/>
      </w:pPr>
      <w:r>
        <w:rPr>
          <w:rFonts w:ascii="Times New Roman" w:hAnsi="Times New Roman"/>
          <w:b/>
          <w:sz w:val="28"/>
        </w:rPr>
        <w:t>ĐƠN ĐĂNG KÝ DỰ TUYỂN LAO ĐỘNG HỢP ĐỒNG</w:t>
      </w:r>
      <w:r>
        <w:rPr>
          <w:rFonts w:ascii="Times New Roman" w:hAnsi="Times New Roman"/>
          <w:b/>
          <w:sz w:val="28"/>
        </w:rPr>
        <w:br/>
      </w:r>
      <w:r>
        <w:rPr>
          <w:rFonts w:ascii="Times New Roman" w:hAnsi="Times New Roman"/>
          <w:b/>
          <w:sz w:val="24"/>
        </w:rPr>
        <w:t>Theo Nghị định số 235/2026/NĐ-CP của Chính phủ</w:t>
      </w:r>
    </w:p>
    <w:p w14:paraId="448BCD5A" w14:textId="77777777" w:rsidR="00692386" w:rsidRDefault="00000000">
      <w:pPr>
        <w:jc w:val="center"/>
      </w:pPr>
      <w:r>
        <w:rPr>
          <w:rFonts w:ascii="Times New Roman" w:hAnsi="Times New Roman"/>
          <w:b/>
          <w:sz w:val="23"/>
        </w:rPr>
        <w:t>Kính gửi: Trung tâm Dịch vụ tổng hợp phường Phúc Thuận</w:t>
      </w:r>
    </w:p>
    <w:p w14:paraId="065AD2A7" w14:textId="77777777" w:rsidR="00C80351" w:rsidRDefault="00000000">
      <w:pPr>
        <w:spacing w:after="80" w:line="288" w:lineRule="auto"/>
        <w:rPr>
          <w:rFonts w:ascii="Times New Roman" w:eastAsia="Times New Roman" w:hAnsi="Times New Roman"/>
          <w:b/>
          <w:sz w:val="26"/>
          <w:szCs w:val="26"/>
        </w:rPr>
      </w:pPr>
      <w:r>
        <w:rPr>
          <w:rFonts w:ascii="Times New Roman" w:hAnsi="Times New Roman"/>
          <w:b/>
        </w:rPr>
        <w:t xml:space="preserve">1. Họ và tên (chữ in hoa): </w:t>
      </w:r>
      <w:r>
        <w:rPr>
          <w:rFonts w:ascii="Times New Roman" w:hAnsi="Times New Roman"/>
        </w:rPr>
        <w:t>…………………………………………………………………………………………</w:t>
      </w:r>
      <w:r>
        <w:rPr>
          <w:rFonts w:ascii="Times New Roman" w:hAnsi="Times New Roman"/>
        </w:rPr>
        <w:br/>
        <w:t>2. Ngày, tháng, năm sinh: ……/……/…………    3. Nam/Nữ: …………    4. Dân tộc: ……………</w:t>
      </w:r>
      <w:r>
        <w:rPr>
          <w:rFonts w:ascii="Times New Roman" w:hAnsi="Times New Roman"/>
        </w:rPr>
        <w:br/>
        <w:t>5. Số CCCD/CMND: ………………………… Ngày cấp: ……/……/………… Nơi cấp: ………………………</w:t>
      </w:r>
      <w:r>
        <w:rPr>
          <w:rFonts w:ascii="Times New Roman" w:hAnsi="Times New Roman"/>
        </w:rPr>
        <w:br/>
        <w:t>6. Quê quán: ……………………………………………………………………………………………………………</w:t>
      </w:r>
      <w:r>
        <w:rPr>
          <w:rFonts w:ascii="Times New Roman" w:hAnsi="Times New Roman"/>
        </w:rPr>
        <w:br/>
        <w:t>7. Hộ khẩu thường trú: …………………………………………………………………………………………………</w:t>
      </w:r>
      <w:r>
        <w:rPr>
          <w:rFonts w:ascii="Times New Roman" w:hAnsi="Times New Roman"/>
        </w:rPr>
        <w:br/>
        <w:t>8. Chỗ ở hiện nay: …………………………………………………………………………………………………………</w:t>
      </w:r>
      <w:r>
        <w:rPr>
          <w:rFonts w:ascii="Times New Roman" w:hAnsi="Times New Roman"/>
        </w:rPr>
        <w:br/>
        <w:t>9. Số điện thoại liên hệ: …………………………… Email: ………………………………………………</w:t>
      </w:r>
      <w:r>
        <w:rPr>
          <w:rFonts w:ascii="Times New Roman" w:hAnsi="Times New Roman"/>
        </w:rPr>
        <w:br/>
      </w:r>
      <w:r>
        <w:rPr>
          <w:rFonts w:ascii="Times New Roman" w:hAnsi="Times New Roman"/>
          <w:b/>
        </w:rPr>
        <w:t xml:space="preserve">10. Trình độ chuyên môn đào tạo: </w:t>
      </w:r>
      <w:r>
        <w:rPr>
          <w:rFonts w:ascii="Times New Roman" w:hAnsi="Times New Roman"/>
        </w:rPr>
        <w:t>……………………………………………………………………………………</w:t>
      </w:r>
      <w:r>
        <w:rPr>
          <w:rFonts w:ascii="Times New Roman" w:hAnsi="Times New Roman"/>
        </w:rPr>
        <w:br/>
        <w:t>• Chuyên ngành đào tạo: …………………………………………… Trình độ: ……………………………</w:t>
      </w:r>
      <w:r>
        <w:rPr>
          <w:rFonts w:ascii="Times New Roman" w:hAnsi="Times New Roman"/>
        </w:rPr>
        <w:br/>
        <w:t>• Tên cơ sở đào tạo: …………………………………………… Năm tốt nghiệp: ………………………</w:t>
      </w:r>
      <w:r>
        <w:rPr>
          <w:rFonts w:ascii="Times New Roman" w:hAnsi="Times New Roman"/>
        </w:rPr>
        <w:br/>
      </w:r>
      <w:r>
        <w:rPr>
          <w:rFonts w:ascii="Times New Roman" w:hAnsi="Times New Roman"/>
        </w:rPr>
        <w:br/>
      </w:r>
      <w:r>
        <w:rPr>
          <w:rFonts w:ascii="Times New Roman" w:hAnsi="Times New Roman"/>
          <w:b/>
        </w:rPr>
        <w:t>11. VỊ TRÍ VIỆC LÀM ĐĂNG KÝ DỰ TUYỂN (Đánh dấu X vào vị trí đăng ký):</w:t>
      </w:r>
      <w:r>
        <w:rPr>
          <w:rFonts w:ascii="Times New Roman" w:hAnsi="Times New Roman"/>
          <w:b/>
        </w:rPr>
        <w:br/>
        <w:t xml:space="preserve">  [   ]  Vị trí 01: </w:t>
      </w:r>
      <w:r w:rsidR="00C80351">
        <w:rPr>
          <w:rFonts w:ascii="Times New Roman" w:hAnsi="Times New Roman"/>
          <w:b/>
        </w:rPr>
        <w:t xml:space="preserve">Nhân viên </w:t>
      </w:r>
      <w:r w:rsidR="00C80351" w:rsidRPr="00801BC8">
        <w:rPr>
          <w:b/>
          <w:sz w:val="26"/>
          <w:szCs w:val="26"/>
        </w:rPr>
        <w:t>lĩnh vực sự nghiệp thông tin và truyền thông</w:t>
      </w:r>
      <w:r>
        <w:rPr>
          <w:rFonts w:ascii="Times New Roman" w:hAnsi="Times New Roman"/>
          <w:b/>
        </w:rPr>
        <w:br/>
        <w:t xml:space="preserve">  [   ]  Vị trí 02: </w:t>
      </w:r>
      <w:r w:rsidR="00C80351" w:rsidRPr="00440E3A">
        <w:rPr>
          <w:rFonts w:ascii="Times New Roman" w:eastAsia="Times New Roman" w:hAnsi="Times New Roman"/>
          <w:b/>
          <w:sz w:val="26"/>
          <w:szCs w:val="26"/>
        </w:rPr>
        <w:t xml:space="preserve">Nhân viên </w:t>
      </w:r>
      <w:r w:rsidR="00C80351" w:rsidRPr="00801BC8">
        <w:rPr>
          <w:b/>
          <w:sz w:val="26"/>
          <w:szCs w:val="26"/>
        </w:rPr>
        <w:t>lĩnh vực sự nghiệp nông nghiệp về cây trồng</w:t>
      </w:r>
      <w:r w:rsidR="00C80351" w:rsidRPr="00440E3A">
        <w:rPr>
          <w:rFonts w:ascii="Times New Roman" w:eastAsia="Times New Roman" w:hAnsi="Times New Roman"/>
          <w:b/>
          <w:sz w:val="26"/>
          <w:szCs w:val="26"/>
        </w:rPr>
        <w:t xml:space="preserve"> </w:t>
      </w:r>
    </w:p>
    <w:p w14:paraId="4251DE25" w14:textId="70DDC1A5" w:rsidR="00692386" w:rsidRDefault="00000000">
      <w:pPr>
        <w:spacing w:after="80" w:line="288" w:lineRule="auto"/>
      </w:pPr>
      <w:r>
        <w:rPr>
          <w:rFonts w:ascii="Times New Roman" w:hAnsi="Times New Roman"/>
          <w:b/>
        </w:rPr>
        <w:t>12. Tóm tắt kinh nghiệm làm việc đã có:</w:t>
      </w:r>
      <w:r>
        <w:rPr>
          <w:rFonts w:ascii="Times New Roman" w:hAnsi="Times New Roman"/>
          <w:b/>
        </w:rPr>
        <w:br/>
      </w:r>
      <w:r>
        <w:rPr>
          <w:rFonts w:ascii="Times New Roman" w:hAnsi="Times New Roman"/>
        </w:rPr>
        <w:t>……………………………………………………………………………………………………………………………………………………</w:t>
      </w:r>
      <w:r>
        <w:rPr>
          <w:rFonts w:ascii="Times New Roman" w:hAnsi="Times New Roman"/>
        </w:rPr>
        <w:br/>
        <w:t>……………………………………………………………………………………………………………………………………………………</w:t>
      </w:r>
      <w:r>
        <w:rPr>
          <w:rFonts w:ascii="Times New Roman" w:hAnsi="Times New Roman"/>
        </w:rPr>
        <w:br/>
      </w:r>
      <w:r>
        <w:rPr>
          <w:rFonts w:ascii="Times New Roman" w:hAnsi="Times New Roman"/>
        </w:rPr>
        <w:br/>
      </w:r>
      <w:r>
        <w:rPr>
          <w:rFonts w:ascii="Times New Roman" w:hAnsi="Times New Roman"/>
          <w:b/>
        </w:rPr>
        <w:t>13. Danh mục hồ sơ gửi kèm theo đơn:</w:t>
      </w:r>
      <w:r>
        <w:rPr>
          <w:rFonts w:ascii="Times New Roman" w:hAnsi="Times New Roman"/>
          <w:b/>
        </w:rPr>
        <w:br/>
      </w:r>
      <w:r>
        <w:rPr>
          <w:rFonts w:ascii="Times New Roman" w:hAnsi="Times New Roman"/>
          <w:sz w:val="21"/>
        </w:rPr>
        <w:t>1. Sơ yếu lý lịch tự thuật có xác nhận của địa phương (01 bản chính);</w:t>
      </w:r>
      <w:r>
        <w:rPr>
          <w:rFonts w:ascii="Times New Roman" w:hAnsi="Times New Roman"/>
          <w:sz w:val="21"/>
        </w:rPr>
        <w:br/>
        <w:t>2. Bản sao Căn cước công dân có chứng thực (01 bản);</w:t>
      </w:r>
      <w:r>
        <w:rPr>
          <w:rFonts w:ascii="Times New Roman" w:hAnsi="Times New Roman"/>
          <w:sz w:val="21"/>
        </w:rPr>
        <w:br/>
      </w:r>
      <w:r>
        <w:rPr>
          <w:rFonts w:ascii="Times New Roman" w:hAnsi="Times New Roman"/>
          <w:sz w:val="21"/>
        </w:rPr>
        <w:lastRenderedPageBreak/>
        <w:t>3. Bản sao Bằng tốt nghiệp và bảng điểm chuyên ngành có chứng thực (01 bản);</w:t>
      </w:r>
      <w:r>
        <w:rPr>
          <w:rFonts w:ascii="Times New Roman" w:hAnsi="Times New Roman"/>
          <w:sz w:val="21"/>
        </w:rPr>
        <w:br/>
        <w:t>4. Giấy khám sức khỏe do cơ sở y tế cấp huyện trở lên cấp (01 bản chính);</w:t>
      </w:r>
      <w:r>
        <w:rPr>
          <w:rFonts w:ascii="Times New Roman" w:hAnsi="Times New Roman"/>
          <w:sz w:val="21"/>
        </w:rPr>
        <w:br/>
        <w:t>5. Các chứng chỉ, giấy xác nhận kinh nghiệm làm việc khác (nếu có).</w:t>
      </w:r>
      <w:r>
        <w:rPr>
          <w:rFonts w:ascii="Times New Roman" w:hAnsi="Times New Roman"/>
          <w:sz w:val="21"/>
        </w:rPr>
        <w:br/>
      </w:r>
      <w:r>
        <w:rPr>
          <w:rFonts w:ascii="Times New Roman" w:hAnsi="Times New Roman"/>
          <w:sz w:val="21"/>
        </w:rPr>
        <w:br/>
      </w:r>
      <w:r>
        <w:rPr>
          <w:rFonts w:ascii="Times New Roman" w:hAnsi="Times New Roman"/>
          <w:i/>
        </w:rPr>
        <w:t>Tôi xin cam đoan các thông tin kê khai trên đơn là hoàn toàn đúng sự thật. Nếu có điều gì sai trái, tôi xin chịu hoàn toàn trách nhiệm trước pháp luật và bị hủy bỏ kết quả dự tuyển./.</w:t>
      </w:r>
    </w:p>
    <w:p w14:paraId="59C41339" w14:textId="77777777" w:rsidR="00692386" w:rsidRDefault="00692386"/>
    <w:tbl>
      <w:tblPr>
        <w:tblW w:w="0" w:type="auto"/>
        <w:jc w:val="center"/>
        <w:tblLayout w:type="fixed"/>
        <w:tblLook w:val="04A0" w:firstRow="1" w:lastRow="0" w:firstColumn="1" w:lastColumn="0" w:noHBand="0" w:noVBand="1"/>
      </w:tblPr>
      <w:tblGrid>
        <w:gridCol w:w="4896"/>
        <w:gridCol w:w="4896"/>
      </w:tblGrid>
      <w:tr w:rsidR="00692386" w14:paraId="49C2E980" w14:textId="77777777">
        <w:trPr>
          <w:jc w:val="center"/>
        </w:trPr>
        <w:tc>
          <w:tcPr>
            <w:tcW w:w="4896" w:type="dxa"/>
          </w:tcPr>
          <w:p w14:paraId="52224D1E" w14:textId="77777777" w:rsidR="00692386" w:rsidRDefault="00692386"/>
        </w:tc>
        <w:tc>
          <w:tcPr>
            <w:tcW w:w="4896" w:type="dxa"/>
          </w:tcPr>
          <w:p w14:paraId="08F568D2" w14:textId="77777777" w:rsidR="00692386" w:rsidRDefault="00000000">
            <w:pPr>
              <w:jc w:val="center"/>
            </w:pPr>
            <w:r>
              <w:rPr>
                <w:rFonts w:ascii="Times New Roman" w:hAnsi="Times New Roman"/>
                <w:b/>
              </w:rPr>
              <w:t>NGƯỜI LÀM ĐƠN</w:t>
            </w:r>
            <w:r>
              <w:rPr>
                <w:rFonts w:ascii="Times New Roman" w:hAnsi="Times New Roman"/>
                <w:b/>
              </w:rPr>
              <w:br/>
            </w:r>
            <w:r>
              <w:rPr>
                <w:rFonts w:ascii="Times New Roman" w:hAnsi="Times New Roman"/>
                <w:i/>
                <w:sz w:val="20"/>
              </w:rPr>
              <w:t>(Ký, ghi rõ họ tên)</w:t>
            </w:r>
            <w:r>
              <w:rPr>
                <w:rFonts w:ascii="Times New Roman" w:hAnsi="Times New Roman"/>
                <w:i/>
                <w:sz w:val="20"/>
              </w:rPr>
              <w:br/>
            </w:r>
            <w:r>
              <w:rPr>
                <w:rFonts w:ascii="Times New Roman" w:hAnsi="Times New Roman"/>
                <w:i/>
                <w:sz w:val="20"/>
              </w:rPr>
              <w:br/>
            </w:r>
            <w:r>
              <w:rPr>
                <w:rFonts w:ascii="Times New Roman" w:hAnsi="Times New Roman"/>
                <w:i/>
                <w:sz w:val="20"/>
              </w:rPr>
              <w:br/>
            </w:r>
            <w:r>
              <w:rPr>
                <w:rFonts w:ascii="Times New Roman" w:hAnsi="Times New Roman"/>
                <w:i/>
                <w:sz w:val="20"/>
              </w:rPr>
              <w:br/>
            </w:r>
            <w:r>
              <w:rPr>
                <w:rFonts w:ascii="Times New Roman" w:hAnsi="Times New Roman"/>
                <w:i/>
                <w:sz w:val="20"/>
              </w:rPr>
              <w:br/>
            </w:r>
            <w:r>
              <w:rPr>
                <w:rFonts w:ascii="Times New Roman" w:hAnsi="Times New Roman"/>
              </w:rPr>
              <w:t>………………………………………………</w:t>
            </w:r>
          </w:p>
        </w:tc>
      </w:tr>
    </w:tbl>
    <w:p w14:paraId="5584A997" w14:textId="77777777" w:rsidR="006E16A4" w:rsidRDefault="006E16A4"/>
    <w:sectPr w:rsidR="006E16A4" w:rsidSect="00034616">
      <w:headerReference w:type="default" r:id="rId8"/>
      <w:footerReference w:type="default" r:id="rId9"/>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9D854" w14:textId="77777777" w:rsidR="006E16A4" w:rsidRDefault="006E16A4">
      <w:pPr>
        <w:spacing w:after="0" w:line="240" w:lineRule="auto"/>
      </w:pPr>
      <w:r>
        <w:separator/>
      </w:r>
    </w:p>
  </w:endnote>
  <w:endnote w:type="continuationSeparator" w:id="0">
    <w:p w14:paraId="7E811E48" w14:textId="77777777" w:rsidR="006E16A4" w:rsidRDefault="006E1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BA222" w14:textId="77777777" w:rsidR="00692386" w:rsidRDefault="006923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4E089" w14:textId="77777777" w:rsidR="006E16A4" w:rsidRDefault="006E16A4">
      <w:pPr>
        <w:spacing w:after="0" w:line="240" w:lineRule="auto"/>
      </w:pPr>
      <w:r>
        <w:separator/>
      </w:r>
    </w:p>
  </w:footnote>
  <w:footnote w:type="continuationSeparator" w:id="0">
    <w:p w14:paraId="7DB72B04" w14:textId="77777777" w:rsidR="006E16A4" w:rsidRDefault="006E16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596E" w14:textId="77777777" w:rsidR="00692386" w:rsidRDefault="006923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30068846">
    <w:abstractNumId w:val="8"/>
  </w:num>
  <w:num w:numId="2" w16cid:durableId="1202019207">
    <w:abstractNumId w:val="6"/>
  </w:num>
  <w:num w:numId="3" w16cid:durableId="1453942125">
    <w:abstractNumId w:val="5"/>
  </w:num>
  <w:num w:numId="4" w16cid:durableId="1396397046">
    <w:abstractNumId w:val="4"/>
  </w:num>
  <w:num w:numId="5" w16cid:durableId="1294293215">
    <w:abstractNumId w:val="7"/>
  </w:num>
  <w:num w:numId="6" w16cid:durableId="379015421">
    <w:abstractNumId w:val="3"/>
  </w:num>
  <w:num w:numId="7" w16cid:durableId="338655577">
    <w:abstractNumId w:val="2"/>
  </w:num>
  <w:num w:numId="8" w16cid:durableId="2130278768">
    <w:abstractNumId w:val="1"/>
  </w:num>
  <w:num w:numId="9" w16cid:durableId="943876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7FA5"/>
    <w:rsid w:val="0015074B"/>
    <w:rsid w:val="0029639D"/>
    <w:rsid w:val="00326F90"/>
    <w:rsid w:val="00692386"/>
    <w:rsid w:val="006E16A4"/>
    <w:rsid w:val="00AA1D8D"/>
    <w:rsid w:val="00B47730"/>
    <w:rsid w:val="00C8035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019E4B"/>
  <w14:defaultImageDpi w14:val="300"/>
  <w15:docId w15:val="{7481F0BA-F7F8-44CC-9A51-58C5A8B00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292</Words>
  <Characters>1667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cp:lastModifiedBy>
  <cp:revision>2</cp:revision>
  <dcterms:created xsi:type="dcterms:W3CDTF">2026-10-15T01:32:00Z</dcterms:created>
  <dcterms:modified xsi:type="dcterms:W3CDTF">2026-10-15T01:32:00Z</dcterms:modified>
  <cp:category/>
</cp:coreProperties>
</file>